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המכולת הקטנה - קונים בתקציב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מחירים של מוצרים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וחיסור עם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בננה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2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ליד הלחמנייה 3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עוגייה עולה 2 ₪ וגבינה עולה 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בהתחלה שיש 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לבחור עד 3 מוצרים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ביצים עולות 8 ₪, זה המחיר הגבוה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מוצר למחיר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(1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(7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(4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(3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שלבי הקנייה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ומתכננים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2-3 מוצרים, מחשב נכון את הסכום הכולל עד 20 ₪ וכותב את שמות המוצרים ומחיריהם.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מחשב נכון: 20 פחות הסכום ששילם, ומסביר את תהליך החיסור בקצרה.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הכסף שחוזר אלינו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- מקבלים חזרה כסף אם שילמנו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כסף מדומה או קוביות כדי לתרגל חישוב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לקרוא את המחירים בקול רם לפני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שהסכום הכולל אכן לא עובר 20 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המכולת הקטנה - קונים בתקציב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לכם 20 שקלים. קונים עד 3 דברים. נלמד לקרוא מחירים ולחשב 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מְחִיר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עולה דבר מסוים בכסף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עוֹדֶף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שמקבלים בחזרה אחרי התשלום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תַּקְצִיב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יש לנו לבזבז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לִקְנוֹת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לשלם כסף ולקבל דבר תמורתו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מוּצָר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לקנות בחנות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לְשַׁלֵּם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כסף תמורת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סָכוּם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יש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סַל קְנִיּוֹת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שמים את המוצרים שבחרנו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המחיר של תפוח?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המחיר של חלב?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עולה הכי הרבה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עולה הכי מעט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בננה אחת עולה 1 ₪, כמה עולות שתיים?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לחמנייה עולה 3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עוגייה יקרה יותר מגבינה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לנו 20 ₪ לקניות במכולת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לבחור יותר מ-3 מוצרים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ביצים הן המוצר הכי יקר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תפוח עולה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המחיר של חלב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לנו __________ ₪ לקנות איתם במכולת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מותר לבחור עד __________ מוצרים בקנייה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הראשון בקנייה הוא __________ מוצרים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מוצר למחיר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4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3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גבינה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7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שלבי הקנייה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ומתכננים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עד 3 מוצרים מהרשימה בעלות כוללת של עד 20 ₪. כתבו אילו מוצרים בחרתם וכמה הם עולים ביחד.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אחרי שקניתם, כמה עודף תקבלו מתוך 20 ₪? הסבירו איך חישבתם.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המחיר של ביצים?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האחרון בקנייה במכולת?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המכולת הקטנה - קונים בתקציב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