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המכולת הקטנה - קונים בתקציב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מחירים של מוצרים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וחיסור עם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ליד הלחמנייה 3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בהתחלה שיש 20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מוצר למחיר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(7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(4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שלבי הקנייה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ומתכננים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2-3 מוצרים, מחשב נכון את הסכום הכולל עד 20 ₪ וכותב את שמות המוצרים ומחיריהם.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הכסף שחוזר אלינו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- מקבלים חזרה כסף אם שילמנו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כסף מדומה או קוביות כדי לתרגל חישוב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את המחירים בקול רם לפני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שהסכום הכולל אכן לא עובר 20 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המכולת הקטנה - קונים בתקציב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במכולת הקטנה יש לכם 20 ₪ וצריך לבחור עד 3 מוצרים. בדף הזה נתרגל לקרוא מחירים, לחשב כמה כסף נשאר ולהבין איך קונים בחכמה.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5  ·  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עולה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עולה 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לחמנייה עולה 3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לנו 20 ₪ לקניות במכולת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תפוח עולה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המחיר של חלב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מוצר למחיר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7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1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את שלבי הקנייה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מחשבים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ומתכננים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עד 3 מוצרים מהרשימה בעלות כוללת של עד 20 ₪. כתבו אילו מוצרים בחרתם וכמה הם עולים ביחד.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המחיר של ביצים?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המכולת הקטנה - קונים בתקציב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